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7B2C9" w14:textId="79838A41" w:rsidR="00194BCC" w:rsidRDefault="00000000">
      <w:pPr>
        <w:pStyle w:val="Titolo1"/>
      </w:pPr>
      <w:r>
        <w:t>Construction Daily Log Template</w:t>
      </w:r>
    </w:p>
    <w:p w14:paraId="16128976" w14:textId="77777777" w:rsidR="00194BCC" w:rsidRDefault="00000000">
      <w:r>
        <w:t>Project Name: _______________________________</w:t>
      </w:r>
    </w:p>
    <w:p w14:paraId="60302F6F" w14:textId="77777777" w:rsidR="00194BCC" w:rsidRDefault="00000000">
      <w:r>
        <w:t>Location: _______________________________</w:t>
      </w:r>
    </w:p>
    <w:p w14:paraId="33989EAD" w14:textId="77777777" w:rsidR="00194BCC" w:rsidRDefault="00000000">
      <w:r>
        <w:t>Date: _______________</w:t>
      </w:r>
    </w:p>
    <w:p w14:paraId="010C152A" w14:textId="77777777" w:rsidR="00194BCC" w:rsidRDefault="00000000">
      <w:r>
        <w:t>Weather: _______________________________</w:t>
      </w:r>
    </w:p>
    <w:p w14:paraId="47949638" w14:textId="77777777" w:rsidR="00194BCC" w:rsidRDefault="00000000">
      <w:pPr>
        <w:pStyle w:val="Titolo2"/>
      </w:pPr>
      <w:r>
        <w:t>Work Performed:</w:t>
      </w:r>
    </w:p>
    <w:p w14:paraId="2A53B165" w14:textId="77777777" w:rsidR="00194BCC" w:rsidRDefault="00000000">
      <w:r>
        <w:t>Description of tasks completed and ongoing work:</w:t>
      </w:r>
    </w:p>
    <w:p w14:paraId="67C946D5" w14:textId="77777777" w:rsidR="00194BCC" w:rsidRDefault="00000000">
      <w:pPr>
        <w:pStyle w:val="Titolo2"/>
      </w:pPr>
      <w:r>
        <w:t>Personnel on Site:</w:t>
      </w:r>
    </w:p>
    <w:p w14:paraId="2FAF3CBC" w14:textId="77777777" w:rsidR="00194BCC" w:rsidRDefault="00000000">
      <w:r>
        <w:t>List of personnel present, their roles, and hours worked:</w:t>
      </w:r>
    </w:p>
    <w:p w14:paraId="70B9CC97" w14:textId="77777777" w:rsidR="00194BCC" w:rsidRDefault="00000000">
      <w:pPr>
        <w:pStyle w:val="Titolo2"/>
      </w:pPr>
      <w:r>
        <w:t>Equipment Used:</w:t>
      </w:r>
    </w:p>
    <w:p w14:paraId="22EAA3F5" w14:textId="77777777" w:rsidR="00194BCC" w:rsidRDefault="00000000">
      <w:r>
        <w:t>Details of equipment, operational status, and hours of operation:</w:t>
      </w:r>
    </w:p>
    <w:p w14:paraId="1EA0C573" w14:textId="77777777" w:rsidR="00194BCC" w:rsidRDefault="00000000">
      <w:pPr>
        <w:pStyle w:val="Titolo2"/>
      </w:pPr>
      <w:r>
        <w:t>Materials Delivered/Used:</w:t>
      </w:r>
    </w:p>
    <w:p w14:paraId="18C37F48" w14:textId="77777777" w:rsidR="00194BCC" w:rsidRDefault="00000000">
      <w:r>
        <w:t>List of materials delivered and used, any issues or shortages:</w:t>
      </w:r>
    </w:p>
    <w:p w14:paraId="1EF6B0F8" w14:textId="77777777" w:rsidR="00194BCC" w:rsidRDefault="00000000">
      <w:pPr>
        <w:pStyle w:val="Titolo2"/>
      </w:pPr>
      <w:r>
        <w:t>Incidents or Delays:</w:t>
      </w:r>
    </w:p>
    <w:p w14:paraId="78EFDC54" w14:textId="77777777" w:rsidR="00194BCC" w:rsidRDefault="00000000">
      <w:r>
        <w:t>Record of any incidents, safety concerns, or delays, with cause and resolution:</w:t>
      </w:r>
    </w:p>
    <w:p w14:paraId="24E4723C" w14:textId="77777777" w:rsidR="00194BCC" w:rsidRDefault="00000000">
      <w:pPr>
        <w:pStyle w:val="Titolo2"/>
      </w:pPr>
      <w:r>
        <w:t>Notes:</w:t>
      </w:r>
    </w:p>
    <w:p w14:paraId="6AFF3B0A" w14:textId="77777777" w:rsidR="00194BCC" w:rsidRDefault="00000000">
      <w:r>
        <w:t>Additional notes or observations:</w:t>
      </w:r>
    </w:p>
    <w:p w14:paraId="5C88E744" w14:textId="77777777" w:rsidR="00194BCC" w:rsidRDefault="00000000">
      <w:r>
        <w:br/>
        <w:t>Supervisor Name: ___________________________</w:t>
      </w:r>
    </w:p>
    <w:p w14:paraId="0B1D067B" w14:textId="77777777" w:rsidR="00194BCC" w:rsidRDefault="00000000">
      <w:r>
        <w:t>Signature: ___________________________</w:t>
      </w:r>
    </w:p>
    <w:p w14:paraId="738E49F0" w14:textId="77777777" w:rsidR="00194BCC" w:rsidRDefault="00000000">
      <w:r>
        <w:t>Date: _______________</w:t>
      </w:r>
    </w:p>
    <w:sectPr w:rsidR="00194BC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2C0891" w14:textId="77777777" w:rsidR="004901A1" w:rsidRDefault="004901A1" w:rsidP="004C1519">
      <w:pPr>
        <w:spacing w:after="0" w:line="240" w:lineRule="auto"/>
      </w:pPr>
      <w:r>
        <w:separator/>
      </w:r>
    </w:p>
  </w:endnote>
  <w:endnote w:type="continuationSeparator" w:id="0">
    <w:p w14:paraId="04E5C5D1" w14:textId="77777777" w:rsidR="004901A1" w:rsidRDefault="004901A1" w:rsidP="004C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AE122" w14:textId="77777777" w:rsidR="004901A1" w:rsidRDefault="004901A1" w:rsidP="004C1519">
      <w:pPr>
        <w:spacing w:after="0" w:line="240" w:lineRule="auto"/>
      </w:pPr>
      <w:r>
        <w:separator/>
      </w:r>
    </w:p>
  </w:footnote>
  <w:footnote w:type="continuationSeparator" w:id="0">
    <w:p w14:paraId="01E89414" w14:textId="77777777" w:rsidR="004901A1" w:rsidRDefault="004901A1" w:rsidP="004C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9BF80" w14:textId="073E2B79" w:rsidR="004C1519" w:rsidRPr="004C1519" w:rsidRDefault="004C1519" w:rsidP="004C1519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166345" wp14:editId="0B6F1E42">
              <wp:simplePos x="0" y="0"/>
              <wp:positionH relativeFrom="column">
                <wp:posOffset>0</wp:posOffset>
              </wp:positionH>
              <wp:positionV relativeFrom="paragraph">
                <wp:posOffset>101600</wp:posOffset>
              </wp:positionV>
              <wp:extent cx="3987800" cy="313690"/>
              <wp:effectExtent l="0" t="0" r="12700" b="16510"/>
              <wp:wrapNone/>
              <wp:docPr id="191502101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7800" cy="3136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1533F14" w14:textId="3B91CD80" w:rsidR="004C1519" w:rsidRPr="004C1519" w:rsidRDefault="004C1519" w:rsidP="004C1519">
                          <w:pPr>
                            <w:rPr>
                              <w:sz w:val="26"/>
                              <w:szCs w:val="26"/>
                              <w:lang w:val="it-GB"/>
                            </w:rPr>
                          </w:pPr>
                          <w:r w:rsidRPr="004C1519">
                            <w:rPr>
                              <w:sz w:val="26"/>
                              <w:szCs w:val="26"/>
                              <w:lang w:val="it-GB"/>
                            </w:rPr>
                            <w:t>Free construction document templates developed by</w:t>
                          </w:r>
                        </w:p>
                        <w:p w14:paraId="1047C8B6" w14:textId="77777777" w:rsidR="004C1519" w:rsidRPr="004C1519" w:rsidRDefault="004C1519">
                          <w:pPr>
                            <w:rPr>
                              <w:lang w:val="it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16634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0;margin-top:8pt;width:314pt;height:24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" fillcolor="white [3201]" strokeweight=".5pt">
              <v:textbox>
                <w:txbxContent>
                  <w:p w14:paraId="01533F14" w14:textId="3B91CD80" w:rsidR="004C1519" w:rsidRPr="004C1519" w:rsidRDefault="004C1519" w:rsidP="004C1519">
                    <w:pPr>
                      <w:rPr>
                        <w:sz w:val="26"/>
                        <w:szCs w:val="26"/>
                        <w:lang w:val="it-GB"/>
                      </w:rPr>
                    </w:pPr>
                    <w:r w:rsidRPr="004C1519">
                      <w:rPr>
                        <w:sz w:val="26"/>
                        <w:szCs w:val="26"/>
                        <w:lang w:val="it-GB"/>
                      </w:rPr>
                      <w:t>Free construction document templates developed by</w:t>
                    </w:r>
                  </w:p>
                  <w:p w14:paraId="1047C8B6" w14:textId="77777777" w:rsidR="004C1519" w:rsidRPr="004C1519" w:rsidRDefault="004C1519">
                    <w:pPr>
                      <w:rPr>
                        <w:lang w:val="it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BAAECA4" wp14:editId="0F4F3562">
          <wp:extent cx="5486400" cy="415595"/>
          <wp:effectExtent l="0" t="0" r="0" b="3810"/>
          <wp:docPr id="1073741825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" descr="Immagin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4155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133245">
    <w:abstractNumId w:val="8"/>
  </w:num>
  <w:num w:numId="2" w16cid:durableId="1242831259">
    <w:abstractNumId w:val="6"/>
  </w:num>
  <w:num w:numId="3" w16cid:durableId="1216087652">
    <w:abstractNumId w:val="5"/>
  </w:num>
  <w:num w:numId="4" w16cid:durableId="140078879">
    <w:abstractNumId w:val="4"/>
  </w:num>
  <w:num w:numId="5" w16cid:durableId="269044610">
    <w:abstractNumId w:val="7"/>
  </w:num>
  <w:num w:numId="6" w16cid:durableId="722564285">
    <w:abstractNumId w:val="3"/>
  </w:num>
  <w:num w:numId="7" w16cid:durableId="547304085">
    <w:abstractNumId w:val="2"/>
  </w:num>
  <w:num w:numId="8" w16cid:durableId="1002389866">
    <w:abstractNumId w:val="1"/>
  </w:num>
  <w:num w:numId="9" w16cid:durableId="1360012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BCC"/>
    <w:rsid w:val="0029639D"/>
    <w:rsid w:val="00326F90"/>
    <w:rsid w:val="004901A1"/>
    <w:rsid w:val="004C1519"/>
    <w:rsid w:val="00AA1D8D"/>
    <w:rsid w:val="00B47730"/>
    <w:rsid w:val="00CB0664"/>
    <w:rsid w:val="00D203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2A4B371"/>
  <w14:defaultImageDpi w14:val="300"/>
  <w15:docId w15:val="{3DEF157E-9A78-2840-9584-3AD81562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8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8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Fabio D'Imperio</cp:lastModifiedBy>
  <cp:revision>2</cp:revision>
  <dcterms:created xsi:type="dcterms:W3CDTF">2013-12-23T23:15:00Z</dcterms:created>
  <dcterms:modified xsi:type="dcterms:W3CDTF">2024-11-12T15:33:00Z</dcterms:modified>
  <cp:category/>
</cp:coreProperties>
</file>